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Formulário de Análise de Barreiras</w:t>
      </w:r>
    </w:p>
    <w:p>
      <w:pPr>
        <w:pStyle w:val="Heading2"/>
      </w:pPr>
      <w:r>
        <w:t>1. Identificação do Acidente</w:t>
      </w:r>
    </w:p>
    <w:p>
      <w:r>
        <w:t>Descreva o acidente ou incidente analisado:</w:t>
      </w:r>
    </w:p>
    <w:p>
      <w:r>
        <w:t>________________________________________________________</w:t>
      </w:r>
    </w:p>
    <w:p>
      <w:r>
        <w:t>Data e Local: __________________________________________</w:t>
      </w:r>
    </w:p>
    <w:p>
      <w:r>
        <w:t>Setor Envolvido: _______________________________________</w:t>
      </w:r>
    </w:p>
    <w:p>
      <w:pPr>
        <w:pStyle w:val="Heading2"/>
      </w:pPr>
      <w:r>
        <w:t>2. Barreiras Existentes</w:t>
      </w:r>
    </w:p>
    <w:p>
      <w:r>
        <w:t>Liste as barreiras que estavam implementadas no momento do acidente. Avalie se elas funcionaram, falharam ou estavam ausentes.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Tipo de Barreira (Física, Administrativa, Comportamental)</w:t>
            </w:r>
          </w:p>
        </w:tc>
        <w:tc>
          <w:tcPr>
            <w:tcW w:type="dxa" w:w="2160"/>
          </w:tcPr>
          <w:p>
            <w:r>
              <w:t>Descrição da Barreira</w:t>
            </w:r>
          </w:p>
        </w:tc>
        <w:tc>
          <w:tcPr>
            <w:tcW w:type="dxa" w:w="2160"/>
          </w:tcPr>
          <w:p>
            <w:r>
              <w:t>Funcionou? (Sim/Não)</w:t>
            </w:r>
          </w:p>
        </w:tc>
        <w:tc>
          <w:tcPr>
            <w:tcW w:type="dxa" w:w="2160"/>
          </w:tcPr>
          <w:p>
            <w:r>
              <w:t>Observações</w:t>
            </w:r>
          </w:p>
        </w:tc>
      </w:tr>
    </w:tbl>
    <w:p>
      <w:pPr>
        <w:pStyle w:val="Heading2"/>
      </w:pPr>
      <w:r>
        <w:t>3. Barreiras Faltantes ou Adicionais</w:t>
      </w:r>
    </w:p>
    <w:p>
      <w:r>
        <w:t>Liste as barreiras que poderiam ter evitado o acidente ou minimizado seus efeitos: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Tipo de Barreira (Física, Administrativa, Comportamental)</w:t>
            </w:r>
          </w:p>
        </w:tc>
        <w:tc>
          <w:tcPr>
            <w:tcW w:type="dxa" w:w="2880"/>
          </w:tcPr>
          <w:p>
            <w:r>
              <w:t>Descrição da Barreira Proposta</w:t>
            </w:r>
          </w:p>
        </w:tc>
        <w:tc>
          <w:tcPr>
            <w:tcW w:type="dxa" w:w="2880"/>
          </w:tcPr>
          <w:p>
            <w:r>
              <w:t>Impacto Esperado</w:t>
            </w:r>
          </w:p>
        </w:tc>
      </w:tr>
    </w:tbl>
    <w:p>
      <w:pPr>
        <w:pStyle w:val="Heading2"/>
      </w:pPr>
      <w:r>
        <w:t>4. Ações Corretivas e Preventivas</w:t>
      </w:r>
    </w:p>
    <w:p>
      <w:r>
        <w:t>Descreva as ações necessárias para corrigir falhas ou implementar barreiras adicionais.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Ação Proposta</w:t>
            </w:r>
          </w:p>
        </w:tc>
        <w:tc>
          <w:tcPr>
            <w:tcW w:type="dxa" w:w="2160"/>
          </w:tcPr>
          <w:p>
            <w:r>
              <w:t>Responsável</w:t>
            </w:r>
          </w:p>
        </w:tc>
        <w:tc>
          <w:tcPr>
            <w:tcW w:type="dxa" w:w="2160"/>
          </w:tcPr>
          <w:p>
            <w:r>
              <w:t>Prazo</w:t>
            </w:r>
          </w:p>
        </w:tc>
        <w:tc>
          <w:tcPr>
            <w:tcW w:type="dxa" w:w="2160"/>
          </w:tcPr>
          <w:p>
            <w:r>
              <w:t>Status</w:t>
            </w:r>
          </w:p>
        </w:tc>
      </w:tr>
    </w:tbl>
    <w:p>
      <w:pPr>
        <w:pStyle w:val="Heading2"/>
      </w:pPr>
      <w:r>
        <w:t>5. Conclusões e Lições Aprendidas</w:t>
      </w:r>
    </w:p>
    <w:p>
      <w:r>
        <w:t>Resumo das conclusões e as lições aprendidas com a análise:</w:t>
      </w:r>
    </w:p>
    <w:p>
      <w:r>
        <w:t>________________________________________________________</w:t>
      </w:r>
    </w:p>
    <w:p>
      <w:r>
        <w:t>________________________________________________________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